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11CDD" w14:textId="77777777" w:rsidR="00461E06" w:rsidRDefault="00000000">
      <w:pPr>
        <w:spacing w:after="20"/>
      </w:pPr>
      <w:r>
        <w:rPr>
          <w:b/>
          <w:sz w:val="20"/>
        </w:rPr>
        <w:t>OSNOVNA ŠKOLA „VALENTIN KLARIN” PREKO</w:t>
      </w:r>
    </w:p>
    <w:p w14:paraId="009D11B2" w14:textId="77777777" w:rsidR="00461E06" w:rsidRDefault="00000000">
      <w:pPr>
        <w:pStyle w:val="Naslov"/>
        <w:spacing w:before="100" w:after="40"/>
        <w:jc w:val="center"/>
      </w:pPr>
      <w:r>
        <w:rPr>
          <w:rFonts w:ascii="Arial" w:hAnsi="Arial"/>
          <w:b/>
          <w:sz w:val="30"/>
        </w:rPr>
        <w:t>PREDSTAVNICI RODITELJA U VIJEĆU RODITELJA</w:t>
      </w:r>
    </w:p>
    <w:p w14:paraId="24BC911D" w14:textId="77777777" w:rsidR="00461E06" w:rsidRDefault="00000000">
      <w:pPr>
        <w:jc w:val="center"/>
      </w:pPr>
      <w:r>
        <w:rPr>
          <w:b/>
          <w:sz w:val="22"/>
        </w:rPr>
        <w:t>Školska godina 2026./2027.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50"/>
        <w:gridCol w:w="3050"/>
        <w:gridCol w:w="3050"/>
        <w:gridCol w:w="3050"/>
        <w:gridCol w:w="3050"/>
      </w:tblGrid>
      <w:tr w:rsidR="00461E06" w14:paraId="2F012431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117C8E5" w14:textId="77777777" w:rsidR="00461E06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R. br.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882E9D9" w14:textId="77777777" w:rsidR="00461E06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Škola / odjel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151F43D" w14:textId="77777777" w:rsidR="00461E06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Razred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01389CD" w14:textId="77777777" w:rsidR="00461E06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Ime i prezime roditelja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9A3571" w14:textId="77777777" w:rsidR="00461E06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E-mail adresa</w:t>
            </w:r>
          </w:p>
        </w:tc>
      </w:tr>
      <w:tr w:rsidR="00461E06" w14:paraId="2FE37578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9D6341B" w14:textId="77777777" w:rsidR="00461E06" w:rsidRDefault="00000000">
            <w:pPr>
              <w:spacing w:after="0" w:line="252" w:lineRule="auto"/>
              <w:jc w:val="center"/>
            </w:pPr>
            <w:r>
              <w:t>1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999D484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D7A8439" w14:textId="77777777" w:rsidR="00461E06" w:rsidRDefault="00000000">
            <w:pPr>
              <w:spacing w:after="0" w:line="252" w:lineRule="auto"/>
              <w:jc w:val="center"/>
            </w:pPr>
            <w:r>
              <w:t>1.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02F685C" w14:textId="77777777" w:rsidR="00461E06" w:rsidRDefault="00000000">
            <w:pPr>
              <w:spacing w:after="0" w:line="252" w:lineRule="auto"/>
            </w:pPr>
            <w:r>
              <w:t>Ante Karlović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5C34966" w14:textId="77777777" w:rsidR="00461E06" w:rsidRDefault="00000000">
            <w:pPr>
              <w:spacing w:after="0" w:line="252" w:lineRule="auto"/>
            </w:pPr>
            <w:r>
              <w:t>danijelkarlovic@gmail.com</w:t>
            </w:r>
          </w:p>
        </w:tc>
      </w:tr>
      <w:tr w:rsidR="00461E06" w14:paraId="75E455A8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41E44E6" w14:textId="77777777" w:rsidR="00461E06" w:rsidRDefault="00000000">
            <w:pPr>
              <w:spacing w:after="0" w:line="252" w:lineRule="auto"/>
              <w:jc w:val="center"/>
            </w:pPr>
            <w:r>
              <w:t>2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461042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2EA929D" w14:textId="77777777" w:rsidR="00461E06" w:rsidRDefault="00000000">
            <w:pPr>
              <w:spacing w:after="0" w:line="252" w:lineRule="auto"/>
              <w:jc w:val="center"/>
            </w:pPr>
            <w:r>
              <w:t>5. a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C075452" w14:textId="77777777" w:rsidR="00461E06" w:rsidRDefault="00000000">
            <w:pPr>
              <w:spacing w:after="0" w:line="252" w:lineRule="auto"/>
            </w:pPr>
            <w:r>
              <w:t>Andrea Višić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03AABF9" w14:textId="77777777" w:rsidR="00461E06" w:rsidRDefault="00000000">
            <w:pPr>
              <w:spacing w:after="0" w:line="252" w:lineRule="auto"/>
            </w:pPr>
            <w:r>
              <w:t>andreavisic2@gmail.com</w:t>
            </w:r>
          </w:p>
        </w:tc>
      </w:tr>
      <w:tr w:rsidR="00461E06" w14:paraId="2A28A186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3B704F1" w14:textId="77777777" w:rsidR="00461E06" w:rsidRDefault="00000000">
            <w:pPr>
              <w:spacing w:after="0" w:line="252" w:lineRule="auto"/>
              <w:jc w:val="center"/>
            </w:pPr>
            <w:r>
              <w:t>3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F457595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6BC9B6A" w14:textId="77777777" w:rsidR="00461E06" w:rsidRDefault="00000000">
            <w:pPr>
              <w:spacing w:after="0" w:line="252" w:lineRule="auto"/>
              <w:jc w:val="center"/>
            </w:pPr>
            <w:r>
              <w:t>5. b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CA2F385" w14:textId="77777777" w:rsidR="00461E06" w:rsidRDefault="00000000">
            <w:pPr>
              <w:spacing w:after="0" w:line="252" w:lineRule="auto"/>
            </w:pPr>
            <w:r>
              <w:t>Martina Brižić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2651020" w14:textId="77777777" w:rsidR="00461E06" w:rsidRDefault="00000000">
            <w:pPr>
              <w:spacing w:after="0" w:line="252" w:lineRule="auto"/>
            </w:pPr>
            <w:r>
              <w:t>makybrizic@gmail.com</w:t>
            </w:r>
          </w:p>
        </w:tc>
      </w:tr>
      <w:tr w:rsidR="00461E06" w14:paraId="06B26F01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3C95BEE" w14:textId="77777777" w:rsidR="00461E06" w:rsidRDefault="00000000">
            <w:pPr>
              <w:spacing w:after="0" w:line="252" w:lineRule="auto"/>
              <w:jc w:val="center"/>
            </w:pPr>
            <w:r>
              <w:t>4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ED8B9E4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B602031" w14:textId="77777777" w:rsidR="00461E06" w:rsidRDefault="00000000">
            <w:pPr>
              <w:spacing w:after="0" w:line="252" w:lineRule="auto"/>
              <w:jc w:val="center"/>
            </w:pPr>
            <w:r>
              <w:t>6. a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BFD2C4" w14:textId="77777777" w:rsidR="00461E06" w:rsidRDefault="00000000">
            <w:pPr>
              <w:spacing w:after="0" w:line="252" w:lineRule="auto"/>
            </w:pPr>
            <w:r>
              <w:t>Gloria Ivanov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705704F" w14:textId="77777777" w:rsidR="00461E06" w:rsidRDefault="00000000">
            <w:pPr>
              <w:spacing w:after="0" w:line="252" w:lineRule="auto"/>
            </w:pPr>
            <w:r>
              <w:t>gloria.ivanov44@gmail.com</w:t>
            </w:r>
          </w:p>
        </w:tc>
      </w:tr>
      <w:tr w:rsidR="00461E06" w14:paraId="2C057389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65926D9" w14:textId="77777777" w:rsidR="00461E06" w:rsidRDefault="00000000">
            <w:pPr>
              <w:spacing w:after="0" w:line="252" w:lineRule="auto"/>
              <w:jc w:val="center"/>
            </w:pPr>
            <w:r>
              <w:t>5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5341020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95B656E" w14:textId="77777777" w:rsidR="00461E06" w:rsidRDefault="00000000">
            <w:pPr>
              <w:spacing w:after="0" w:line="252" w:lineRule="auto"/>
              <w:jc w:val="center"/>
            </w:pPr>
            <w:r>
              <w:t>7. a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24F0395" w14:textId="77777777" w:rsidR="00461E06" w:rsidRDefault="00000000">
            <w:pPr>
              <w:spacing w:after="0" w:line="252" w:lineRule="auto"/>
            </w:pPr>
            <w:r>
              <w:t>Jozica Bačić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C491DB5" w14:textId="4DC0F05F" w:rsidR="00461E06" w:rsidRPr="007965AF" w:rsidRDefault="007965AF">
            <w:pPr>
              <w:spacing w:after="0" w:line="252" w:lineRule="auto"/>
              <w:rPr>
                <w:iCs/>
                <w:color w:val="auto"/>
              </w:rPr>
            </w:pPr>
            <w:r w:rsidRPr="007965AF">
              <w:rPr>
                <w:iCs/>
                <w:color w:val="auto"/>
              </w:rPr>
              <w:t>jozicabacic@gmail.com</w:t>
            </w:r>
          </w:p>
        </w:tc>
      </w:tr>
      <w:tr w:rsidR="00461E06" w14:paraId="48256A1E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82E0CE2" w14:textId="77777777" w:rsidR="00461E06" w:rsidRDefault="00000000">
            <w:pPr>
              <w:spacing w:after="0" w:line="252" w:lineRule="auto"/>
              <w:jc w:val="center"/>
            </w:pPr>
            <w:r>
              <w:t>6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9B12A32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CAC8FD0" w14:textId="77777777" w:rsidR="00461E06" w:rsidRDefault="00000000">
            <w:pPr>
              <w:spacing w:after="0" w:line="252" w:lineRule="auto"/>
              <w:jc w:val="center"/>
            </w:pPr>
            <w:r>
              <w:t>8. a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315FB9F" w14:textId="77777777" w:rsidR="00461E06" w:rsidRDefault="00000000">
            <w:pPr>
              <w:spacing w:after="0" w:line="252" w:lineRule="auto"/>
            </w:pPr>
            <w:r>
              <w:t>Marija Ivanov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D62F388" w14:textId="77777777" w:rsidR="00461E06" w:rsidRDefault="00000000">
            <w:pPr>
              <w:spacing w:after="0" w:line="252" w:lineRule="auto"/>
            </w:pPr>
            <w:r>
              <w:rPr>
                <w:i/>
                <w:color w:val="7F7F7F"/>
              </w:rPr>
              <w:t>nije navedeno</w:t>
            </w:r>
          </w:p>
        </w:tc>
      </w:tr>
      <w:tr w:rsidR="00461E06" w14:paraId="3FF13EAA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E64E633" w14:textId="77777777" w:rsidR="00461E06" w:rsidRDefault="00000000">
            <w:pPr>
              <w:spacing w:after="0" w:line="252" w:lineRule="auto"/>
              <w:jc w:val="center"/>
            </w:pPr>
            <w:r>
              <w:t>7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FE0228B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49A1D8A" w14:textId="77777777" w:rsidR="00461E06" w:rsidRDefault="00000000">
            <w:pPr>
              <w:spacing w:after="0" w:line="252" w:lineRule="auto"/>
              <w:jc w:val="center"/>
            </w:pPr>
            <w:r>
              <w:t>8. b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76C1851" w14:textId="77777777" w:rsidR="00461E06" w:rsidRDefault="00000000">
            <w:pPr>
              <w:spacing w:after="0" w:line="252" w:lineRule="auto"/>
            </w:pPr>
            <w:r>
              <w:t>Jelena Batistić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8EDA575" w14:textId="77777777" w:rsidR="00461E06" w:rsidRDefault="00000000">
            <w:pPr>
              <w:spacing w:after="0" w:line="252" w:lineRule="auto"/>
            </w:pPr>
            <w:r>
              <w:rPr>
                <w:i/>
                <w:color w:val="7F7F7F"/>
              </w:rPr>
              <w:t>nije navedeno</w:t>
            </w:r>
          </w:p>
        </w:tc>
      </w:tr>
      <w:tr w:rsidR="00461E06" w14:paraId="38748136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4FDCC56" w14:textId="77777777" w:rsidR="00461E06" w:rsidRDefault="00000000">
            <w:pPr>
              <w:spacing w:after="0" w:line="252" w:lineRule="auto"/>
              <w:jc w:val="center"/>
            </w:pPr>
            <w:r>
              <w:t>8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794CB25" w14:textId="77777777" w:rsidR="00461E06" w:rsidRDefault="00000000">
            <w:pPr>
              <w:spacing w:after="0" w:line="252" w:lineRule="auto"/>
            </w:pPr>
            <w:r>
              <w:t>PŠ Kali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242245B" w14:textId="77777777" w:rsidR="00461E06" w:rsidRDefault="00000000">
            <w:pPr>
              <w:spacing w:after="0" w:line="252" w:lineRule="auto"/>
              <w:jc w:val="center"/>
            </w:pPr>
            <w:r>
              <w:t>2.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E798FB3" w14:textId="77777777" w:rsidR="00461E06" w:rsidRDefault="00000000">
            <w:pPr>
              <w:spacing w:after="0" w:line="252" w:lineRule="auto"/>
            </w:pPr>
            <w:r>
              <w:t>Lucija Mijatović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88A9B4C" w14:textId="77777777" w:rsidR="00461E06" w:rsidRDefault="00000000">
            <w:pPr>
              <w:spacing w:after="0" w:line="252" w:lineRule="auto"/>
            </w:pPr>
            <w:r>
              <w:t>gregov.lucija@gmail.com</w:t>
            </w:r>
          </w:p>
        </w:tc>
      </w:tr>
      <w:tr w:rsidR="00461E06" w14:paraId="5EE8984E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88DBCD9" w14:textId="77777777" w:rsidR="00461E06" w:rsidRDefault="00000000">
            <w:pPr>
              <w:spacing w:after="0" w:line="252" w:lineRule="auto"/>
              <w:jc w:val="center"/>
            </w:pPr>
            <w:r>
              <w:t>9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092AE92" w14:textId="77777777" w:rsidR="00461E06" w:rsidRDefault="00000000">
            <w:pPr>
              <w:spacing w:after="0" w:line="252" w:lineRule="auto"/>
            </w:pPr>
            <w:r>
              <w:t>PO Kukljica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63FD36F" w14:textId="77777777" w:rsidR="00461E06" w:rsidRDefault="00000000">
            <w:pPr>
              <w:spacing w:after="0" w:line="252" w:lineRule="auto"/>
              <w:jc w:val="center"/>
            </w:pPr>
            <w:r>
              <w:t>2.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99F0C3C" w14:textId="77777777" w:rsidR="00461E06" w:rsidRDefault="00000000">
            <w:pPr>
              <w:spacing w:after="0" w:line="252" w:lineRule="auto"/>
            </w:pPr>
            <w:r>
              <w:t>Anamarija Cukar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5A53B80" w14:textId="77777777" w:rsidR="00461E06" w:rsidRDefault="00000000">
            <w:pPr>
              <w:spacing w:after="0" w:line="252" w:lineRule="auto"/>
            </w:pPr>
            <w:r>
              <w:t>a.cukar@yahoo.com</w:t>
            </w:r>
          </w:p>
        </w:tc>
      </w:tr>
      <w:tr w:rsidR="00461E06" w14:paraId="79C0E69B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C27DD74" w14:textId="77777777" w:rsidR="00461E06" w:rsidRDefault="00000000">
            <w:pPr>
              <w:spacing w:after="0" w:line="252" w:lineRule="auto"/>
              <w:jc w:val="center"/>
            </w:pPr>
            <w:r>
              <w:t>10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0675AF2" w14:textId="77777777" w:rsidR="00461E06" w:rsidRDefault="00000000">
            <w:pPr>
              <w:spacing w:after="0" w:line="252" w:lineRule="auto"/>
            </w:pPr>
            <w:r>
              <w:t>PO Lukoran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18CB68" w14:textId="77777777" w:rsidR="00461E06" w:rsidRDefault="00000000">
            <w:pPr>
              <w:spacing w:after="0" w:line="252" w:lineRule="auto"/>
              <w:jc w:val="center"/>
            </w:pPr>
            <w:r>
              <w:t>1., 2. i 4.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A403849" w14:textId="77777777" w:rsidR="00461E06" w:rsidRDefault="00000000">
            <w:pPr>
              <w:spacing w:after="0" w:line="252" w:lineRule="auto"/>
            </w:pPr>
            <w:r>
              <w:t>Antonija Rančić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CBC2AC1" w14:textId="77777777" w:rsidR="00461E06" w:rsidRDefault="00000000">
            <w:pPr>
              <w:spacing w:after="0" w:line="252" w:lineRule="auto"/>
            </w:pPr>
            <w:r>
              <w:t>nizic.antonija@gmail.com</w:t>
            </w:r>
          </w:p>
        </w:tc>
      </w:tr>
      <w:tr w:rsidR="00461E06" w14:paraId="7D089BCD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85BC6DC" w14:textId="77777777" w:rsidR="00461E06" w:rsidRDefault="00000000">
            <w:pPr>
              <w:spacing w:after="0" w:line="252" w:lineRule="auto"/>
              <w:jc w:val="center"/>
            </w:pPr>
            <w:r>
              <w:t>11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3E8DE2E" w14:textId="77777777" w:rsidR="00461E06" w:rsidRDefault="00000000">
            <w:pPr>
              <w:spacing w:after="0" w:line="252" w:lineRule="auto"/>
            </w:pPr>
            <w:r>
              <w:t>PO Poljana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7A07915" w14:textId="77777777" w:rsidR="00461E06" w:rsidRDefault="00000000">
            <w:pPr>
              <w:spacing w:after="0" w:line="252" w:lineRule="auto"/>
              <w:jc w:val="center"/>
            </w:pPr>
            <w:r>
              <w:t>1. i 3.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251E388" w14:textId="77777777" w:rsidR="00461E06" w:rsidRDefault="00000000">
            <w:pPr>
              <w:spacing w:after="0" w:line="252" w:lineRule="auto"/>
            </w:pPr>
            <w:r>
              <w:t>Nikola Grgurev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A92CE7E" w14:textId="77777777" w:rsidR="00461E06" w:rsidRDefault="00000000">
            <w:pPr>
              <w:spacing w:after="0" w:line="252" w:lineRule="auto"/>
            </w:pPr>
            <w:r>
              <w:t>nixgrgurev@gmail.com</w:t>
            </w:r>
          </w:p>
        </w:tc>
      </w:tr>
      <w:tr w:rsidR="00461E06" w14:paraId="0AD19453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E4DF41E" w14:textId="77777777" w:rsidR="00461E06" w:rsidRDefault="00000000">
            <w:pPr>
              <w:spacing w:after="0" w:line="252" w:lineRule="auto"/>
              <w:jc w:val="center"/>
            </w:pPr>
            <w:r>
              <w:t>12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F9B0B6D" w14:textId="77777777" w:rsidR="00461E06" w:rsidRDefault="00000000">
            <w:pPr>
              <w:spacing w:after="0" w:line="252" w:lineRule="auto"/>
            </w:pPr>
            <w:r>
              <w:t>PO Sutomišćica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A1216FD" w14:textId="77777777" w:rsidR="00461E06" w:rsidRDefault="00000000">
            <w:pPr>
              <w:spacing w:after="0" w:line="252" w:lineRule="auto"/>
              <w:jc w:val="center"/>
            </w:pPr>
            <w:r>
              <w:t>2. i 4.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30898D7" w14:textId="77777777" w:rsidR="00461E06" w:rsidRDefault="00000000">
            <w:pPr>
              <w:spacing w:after="0" w:line="252" w:lineRule="auto"/>
            </w:pPr>
            <w:r>
              <w:t>Marin Tomić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BDC3B09" w14:textId="77777777" w:rsidR="00461E06" w:rsidRDefault="00000000">
            <w:pPr>
              <w:spacing w:after="0" w:line="252" w:lineRule="auto"/>
            </w:pPr>
            <w:r>
              <w:t>marin_04@yahoo.com</w:t>
            </w:r>
          </w:p>
        </w:tc>
      </w:tr>
    </w:tbl>
    <w:p w14:paraId="2533F5A4" w14:textId="77777777" w:rsidR="00461E06" w:rsidRDefault="00000000">
      <w:pPr>
        <w:spacing w:before="160" w:after="0"/>
      </w:pPr>
      <w:r>
        <w:rPr>
          <w:i/>
          <w:color w:val="666666"/>
          <w:sz w:val="18"/>
        </w:rPr>
        <w:t>Napomena: Podaci označeni s „nije navedeno” nisu bili upisani u dostavljenim zapisnicima.</w:t>
      </w:r>
    </w:p>
    <w:p w14:paraId="556364FA" w14:textId="77777777" w:rsidR="00461E06" w:rsidRDefault="00000000">
      <w:r>
        <w:br w:type="page"/>
      </w:r>
    </w:p>
    <w:p w14:paraId="6125A0D6" w14:textId="77777777" w:rsidR="00461E06" w:rsidRDefault="00000000">
      <w:pPr>
        <w:pStyle w:val="Naslov"/>
        <w:spacing w:before="100" w:after="200"/>
        <w:jc w:val="center"/>
      </w:pPr>
      <w:r>
        <w:rPr>
          <w:rFonts w:ascii="Arial" w:hAnsi="Arial"/>
          <w:b/>
          <w:sz w:val="30"/>
        </w:rPr>
        <w:lastRenderedPageBreak/>
        <w:t>PREDSTAVNICI RODITELJA U VIJEĆU RODITELJA NASTAVAK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50"/>
        <w:gridCol w:w="3050"/>
        <w:gridCol w:w="3050"/>
        <w:gridCol w:w="3050"/>
        <w:gridCol w:w="3050"/>
      </w:tblGrid>
      <w:tr w:rsidR="00461E06" w14:paraId="778CC546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B981FA9" w14:textId="77777777" w:rsidR="00461E06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R. br.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6038225" w14:textId="77777777" w:rsidR="00461E06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Škola / odjel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FA480B6" w14:textId="77777777" w:rsidR="00461E06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Razred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4EA9399" w14:textId="77777777" w:rsidR="00461E06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Ime i prezime roditelja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62D0104" w14:textId="77777777" w:rsidR="00461E06" w:rsidRDefault="00000000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E-mail adresa</w:t>
            </w:r>
          </w:p>
        </w:tc>
      </w:tr>
      <w:tr w:rsidR="00461E06" w14:paraId="19CFE02E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E7911ED" w14:textId="77777777" w:rsidR="00461E06" w:rsidRDefault="00000000">
            <w:pPr>
              <w:spacing w:after="0" w:line="252" w:lineRule="auto"/>
              <w:jc w:val="center"/>
            </w:pPr>
            <w:r>
              <w:t>13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5B1A8E9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BA9B733" w14:textId="77777777" w:rsidR="00461E06" w:rsidRDefault="00000000">
            <w:pPr>
              <w:spacing w:after="0" w:line="252" w:lineRule="auto"/>
              <w:jc w:val="center"/>
            </w:pPr>
            <w:r>
              <w:t>6. b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8E62773" w14:textId="4B43684C" w:rsidR="00461E06" w:rsidRDefault="00D551AE">
            <w:pPr>
              <w:spacing w:after="0" w:line="252" w:lineRule="auto"/>
            </w:pPr>
            <w:r w:rsidRPr="00D551AE">
              <w:t>Slavica Rančić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0842D6F" w14:textId="762B3BB9" w:rsidR="00461E06" w:rsidRDefault="00D551AE">
            <w:pPr>
              <w:spacing w:after="0" w:line="252" w:lineRule="auto"/>
            </w:pPr>
            <w:r w:rsidRPr="00D551AE">
              <w:t>slavica.rancic@yahoo.com.hr</w:t>
            </w:r>
          </w:p>
        </w:tc>
      </w:tr>
      <w:tr w:rsidR="00461E06" w14:paraId="02D9D5DF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6D80B11" w14:textId="77777777" w:rsidR="00461E06" w:rsidRDefault="00000000">
            <w:pPr>
              <w:spacing w:after="0" w:line="252" w:lineRule="auto"/>
              <w:jc w:val="center"/>
            </w:pPr>
            <w:r>
              <w:t>14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92D7A85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0C21703" w14:textId="77777777" w:rsidR="00461E06" w:rsidRDefault="00000000">
            <w:pPr>
              <w:spacing w:after="0" w:line="252" w:lineRule="auto"/>
              <w:jc w:val="center"/>
            </w:pPr>
            <w:r>
              <w:t>7. b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0F987A2" w14:textId="7A3A8526" w:rsidR="00461E06" w:rsidRDefault="008456A5">
            <w:pPr>
              <w:spacing w:after="0" w:line="252" w:lineRule="auto"/>
            </w:pPr>
            <w:r>
              <w:t>Ivona Hromin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FD53EE0" w14:textId="57B73BF4" w:rsidR="00461E06" w:rsidRDefault="008456A5">
            <w:pPr>
              <w:spacing w:after="0" w:line="252" w:lineRule="auto"/>
            </w:pPr>
            <w:r w:rsidRPr="008456A5">
              <w:t>ivona.hromin@skole.hr</w:t>
            </w:r>
          </w:p>
        </w:tc>
      </w:tr>
      <w:tr w:rsidR="00461E06" w14:paraId="27E5CCB2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9EE6BDA" w14:textId="77777777" w:rsidR="00461E06" w:rsidRDefault="00000000">
            <w:pPr>
              <w:spacing w:after="0" w:line="252" w:lineRule="auto"/>
              <w:jc w:val="center"/>
            </w:pPr>
            <w:r>
              <w:t>15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AAC91F8" w14:textId="77777777" w:rsidR="00461E06" w:rsidRDefault="00000000">
            <w:pPr>
              <w:spacing w:after="0" w:line="252" w:lineRule="auto"/>
            </w:pPr>
            <w:r>
              <w:t>PŠ Kali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968A6BE" w14:textId="77777777" w:rsidR="00461E06" w:rsidRDefault="00000000">
            <w:pPr>
              <w:spacing w:after="0" w:line="252" w:lineRule="auto"/>
              <w:jc w:val="center"/>
            </w:pPr>
            <w:r>
              <w:t>1.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ED1A416" w14:textId="558CA18F" w:rsidR="00461E06" w:rsidRDefault="00EC3AA9">
            <w:pPr>
              <w:spacing w:after="0" w:line="252" w:lineRule="auto"/>
            </w:pPr>
            <w:r>
              <w:t>Kristina Kurtin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B90AA65" w14:textId="77777777" w:rsidR="00461E06" w:rsidRDefault="00461E06">
            <w:pPr>
              <w:spacing w:after="0" w:line="252" w:lineRule="auto"/>
            </w:pPr>
          </w:p>
        </w:tc>
      </w:tr>
      <w:tr w:rsidR="00461E06" w14:paraId="7932E7E3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5EA80A3" w14:textId="77777777" w:rsidR="00461E06" w:rsidRDefault="00000000">
            <w:pPr>
              <w:spacing w:after="0" w:line="252" w:lineRule="auto"/>
              <w:jc w:val="center"/>
            </w:pPr>
            <w:r>
              <w:t>16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055BAFF" w14:textId="77777777" w:rsidR="00461E06" w:rsidRDefault="00000000">
            <w:pPr>
              <w:spacing w:after="0" w:line="252" w:lineRule="auto"/>
            </w:pPr>
            <w:r>
              <w:t>PŠ Kali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3F36A94" w14:textId="77777777" w:rsidR="00461E06" w:rsidRDefault="00000000">
            <w:pPr>
              <w:spacing w:after="0" w:line="252" w:lineRule="auto"/>
              <w:jc w:val="center"/>
            </w:pPr>
            <w:r>
              <w:t>3.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C4C9478" w14:textId="238B673C" w:rsidR="00461E06" w:rsidRDefault="008456A5">
            <w:pPr>
              <w:spacing w:after="0" w:line="252" w:lineRule="auto"/>
            </w:pPr>
            <w:r>
              <w:t>Antonija Končurat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0E8AC9E" w14:textId="2928894E" w:rsidR="00461E06" w:rsidRDefault="008456A5">
            <w:pPr>
              <w:spacing w:after="0" w:line="252" w:lineRule="auto"/>
            </w:pPr>
            <w:r w:rsidRPr="008456A5">
              <w:t>antonia.stipanov@gmail.com</w:t>
            </w:r>
          </w:p>
        </w:tc>
      </w:tr>
      <w:tr w:rsidR="00461E06" w14:paraId="45ED5705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0F6DC0A" w14:textId="77777777" w:rsidR="00461E06" w:rsidRDefault="00000000">
            <w:pPr>
              <w:spacing w:after="0" w:line="252" w:lineRule="auto"/>
              <w:jc w:val="center"/>
            </w:pPr>
            <w:r>
              <w:t>17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964324B" w14:textId="77777777" w:rsidR="00461E06" w:rsidRDefault="00000000">
            <w:pPr>
              <w:spacing w:after="0" w:line="252" w:lineRule="auto"/>
            </w:pPr>
            <w:r>
              <w:t>PŠ Kali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3EA25BC" w14:textId="77777777" w:rsidR="00461E06" w:rsidRDefault="00000000">
            <w:pPr>
              <w:spacing w:after="0" w:line="252" w:lineRule="auto"/>
              <w:jc w:val="center"/>
            </w:pPr>
            <w:r>
              <w:t>4.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8B689DF" w14:textId="025D439B" w:rsidR="00461E06" w:rsidRDefault="00D551AE">
            <w:pPr>
              <w:spacing w:after="0" w:line="252" w:lineRule="auto"/>
            </w:pPr>
            <w:r>
              <w:t>Marija Gobin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DD3EB0D" w14:textId="628DDFF4" w:rsidR="00461E06" w:rsidRDefault="00D551AE">
            <w:pPr>
              <w:spacing w:after="0" w:line="252" w:lineRule="auto"/>
            </w:pPr>
            <w:r w:rsidRPr="00D551AE">
              <w:t>marijabasic18@gmail.com</w:t>
            </w:r>
          </w:p>
        </w:tc>
      </w:tr>
      <w:tr w:rsidR="00461E06" w14:paraId="26E14FB1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D303A0D" w14:textId="77777777" w:rsidR="00461E06" w:rsidRDefault="00000000">
            <w:pPr>
              <w:spacing w:after="0" w:line="252" w:lineRule="auto"/>
              <w:jc w:val="center"/>
            </w:pPr>
            <w:r>
              <w:t>18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E2FD963" w14:textId="77777777" w:rsidR="00461E06" w:rsidRDefault="00000000">
            <w:pPr>
              <w:spacing w:after="0" w:line="252" w:lineRule="auto"/>
            </w:pPr>
            <w:r>
              <w:t>PO Kukljica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CB3B4E9" w14:textId="77777777" w:rsidR="00461E06" w:rsidRDefault="00000000">
            <w:pPr>
              <w:spacing w:after="0" w:line="252" w:lineRule="auto"/>
              <w:jc w:val="center"/>
            </w:pPr>
            <w:r>
              <w:t>3. i 4.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530118E" w14:textId="38845120" w:rsidR="00461E06" w:rsidRDefault="008456A5">
            <w:pPr>
              <w:spacing w:after="0" w:line="252" w:lineRule="auto"/>
            </w:pPr>
            <w:r>
              <w:t>Marina Blagdan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01E564C" w14:textId="1541B6B5" w:rsidR="00461E06" w:rsidRDefault="008456A5">
            <w:pPr>
              <w:spacing w:after="0" w:line="252" w:lineRule="auto"/>
            </w:pPr>
            <w:r w:rsidRPr="008456A5">
              <w:t>marinablagdan@yahoo.com</w:t>
            </w:r>
          </w:p>
        </w:tc>
      </w:tr>
      <w:tr w:rsidR="00461E06" w14:paraId="242FB31F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CBB07FA" w14:textId="77777777" w:rsidR="00461E06" w:rsidRDefault="00000000">
            <w:pPr>
              <w:spacing w:after="0" w:line="252" w:lineRule="auto"/>
              <w:jc w:val="center"/>
            </w:pPr>
            <w:r>
              <w:t>19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E2DDF68" w14:textId="77777777" w:rsidR="00461E06" w:rsidRDefault="00000000">
            <w:pPr>
              <w:spacing w:after="0" w:line="252" w:lineRule="auto"/>
            </w:pPr>
            <w:r>
              <w:t>PO Ugljan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0E06D99" w14:textId="77777777" w:rsidR="00461E06" w:rsidRDefault="00000000">
            <w:pPr>
              <w:spacing w:after="0" w:line="252" w:lineRule="auto"/>
              <w:jc w:val="center"/>
            </w:pPr>
            <w:r>
              <w:t>1. i 3.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CD9781A" w14:textId="4DB4BC67" w:rsidR="00461E06" w:rsidRDefault="002812B9">
            <w:pPr>
              <w:spacing w:after="0" w:line="252" w:lineRule="auto"/>
            </w:pPr>
            <w:r>
              <w:t>Mara Barišić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DE1380A" w14:textId="77777777" w:rsidR="00461E06" w:rsidRDefault="00461E06">
            <w:pPr>
              <w:spacing w:after="0" w:line="252" w:lineRule="auto"/>
            </w:pPr>
          </w:p>
        </w:tc>
      </w:tr>
      <w:tr w:rsidR="00461E06" w14:paraId="28533076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4F77DC8" w14:textId="77777777" w:rsidR="00461E06" w:rsidRDefault="00000000">
            <w:pPr>
              <w:spacing w:after="0" w:line="252" w:lineRule="auto"/>
              <w:jc w:val="center"/>
            </w:pPr>
            <w:r>
              <w:t>20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5A15379" w14:textId="77777777" w:rsidR="00461E06" w:rsidRDefault="00000000">
            <w:pPr>
              <w:spacing w:after="0" w:line="252" w:lineRule="auto"/>
            </w:pPr>
            <w:r>
              <w:t>PO Ugljan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90C1F6E" w14:textId="77777777" w:rsidR="00461E06" w:rsidRDefault="00000000">
            <w:pPr>
              <w:spacing w:after="0" w:line="252" w:lineRule="auto"/>
              <w:jc w:val="center"/>
            </w:pPr>
            <w:r>
              <w:t>2. i 4.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11E639A" w14:textId="1FC290AC" w:rsidR="00461E06" w:rsidRDefault="00D551AE">
            <w:pPr>
              <w:spacing w:after="0" w:line="252" w:lineRule="auto"/>
            </w:pPr>
            <w:r>
              <w:t>Tina Belić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5DFDDF7" w14:textId="69802E62" w:rsidR="00461E06" w:rsidRDefault="00D551AE">
            <w:pPr>
              <w:spacing w:after="0" w:line="252" w:lineRule="auto"/>
            </w:pPr>
            <w:r w:rsidRPr="00D551AE">
              <w:t>tinabakota@gmail.com</w:t>
            </w:r>
          </w:p>
        </w:tc>
      </w:tr>
      <w:tr w:rsidR="00461E06" w14:paraId="4C3BC3CC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A76EFB8" w14:textId="77777777" w:rsidR="00461E06" w:rsidRDefault="00000000">
            <w:pPr>
              <w:spacing w:after="0" w:line="252" w:lineRule="auto"/>
              <w:jc w:val="center"/>
            </w:pPr>
            <w:r>
              <w:t>21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FD718F1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9E4D11B" w14:textId="77777777" w:rsidR="00461E06" w:rsidRDefault="00000000">
            <w:pPr>
              <w:spacing w:after="0" w:line="252" w:lineRule="auto"/>
              <w:jc w:val="center"/>
            </w:pPr>
            <w:r>
              <w:t>Posebni razredni odjel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A36E6CE" w14:textId="659E7CD2" w:rsidR="00461E06" w:rsidRDefault="00FA6904">
            <w:pPr>
              <w:spacing w:after="0" w:line="252" w:lineRule="auto"/>
            </w:pPr>
            <w:r w:rsidRPr="00FA6904">
              <w:t>Paola Travica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7413930" w14:textId="7BA78558" w:rsidR="00461E06" w:rsidRDefault="00FA6904">
            <w:pPr>
              <w:spacing w:after="0" w:line="252" w:lineRule="auto"/>
            </w:pPr>
            <w:r w:rsidRPr="00FA6904">
              <w:t>paolakale@gmail.com</w:t>
            </w:r>
          </w:p>
        </w:tc>
      </w:tr>
      <w:tr w:rsidR="00461E06" w14:paraId="3B9A8641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BD34F63" w14:textId="77777777" w:rsidR="00461E06" w:rsidRDefault="00000000">
            <w:pPr>
              <w:spacing w:after="0" w:line="252" w:lineRule="auto"/>
              <w:jc w:val="center"/>
            </w:pPr>
            <w:r>
              <w:t>22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499607B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B172E84" w14:textId="77777777" w:rsidR="00461E06" w:rsidRDefault="00000000">
            <w:pPr>
              <w:spacing w:after="0" w:line="252" w:lineRule="auto"/>
              <w:jc w:val="center"/>
            </w:pPr>
            <w:r>
              <w:t>2.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3606401" w14:textId="1685AA71" w:rsidR="00461E06" w:rsidRDefault="000C4A76">
            <w:pPr>
              <w:spacing w:after="0" w:line="252" w:lineRule="auto"/>
            </w:pPr>
            <w:r>
              <w:t>Petra Šoša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3E9637D" w14:textId="77777777" w:rsidR="00461E06" w:rsidRDefault="00461E06">
            <w:pPr>
              <w:spacing w:after="0" w:line="252" w:lineRule="auto"/>
            </w:pPr>
          </w:p>
        </w:tc>
      </w:tr>
      <w:tr w:rsidR="00461E06" w14:paraId="76A2AE23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21D4F45" w14:textId="77777777" w:rsidR="00461E06" w:rsidRDefault="00000000">
            <w:pPr>
              <w:spacing w:after="0" w:line="252" w:lineRule="auto"/>
              <w:jc w:val="center"/>
            </w:pPr>
            <w:r>
              <w:t>23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976D3DF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EAAE8A1" w14:textId="77777777" w:rsidR="00461E06" w:rsidRDefault="00000000">
            <w:pPr>
              <w:spacing w:after="0" w:line="252" w:lineRule="auto"/>
              <w:jc w:val="center"/>
            </w:pPr>
            <w:r>
              <w:t>3.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DAB416E" w14:textId="6D137FAB" w:rsidR="00461E06" w:rsidRDefault="000C4A76">
            <w:pPr>
              <w:spacing w:after="0" w:line="252" w:lineRule="auto"/>
            </w:pPr>
            <w:r w:rsidRPr="000C4A76">
              <w:t>Tihana Lončar Mazić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DF9E3BC" w14:textId="0974F30E" w:rsidR="00461E06" w:rsidRDefault="000C4A76">
            <w:pPr>
              <w:spacing w:after="0" w:line="252" w:lineRule="auto"/>
            </w:pPr>
            <w:r w:rsidRPr="000C4A76">
              <w:t>timpreko@gmail.com</w:t>
            </w:r>
          </w:p>
        </w:tc>
      </w:tr>
      <w:tr w:rsidR="00461E06" w14:paraId="6C96AFF4" w14:textId="77777777">
        <w:trPr>
          <w:jc w:val="center"/>
        </w:trPr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9FF64E2" w14:textId="77777777" w:rsidR="00461E06" w:rsidRDefault="00000000">
            <w:pPr>
              <w:spacing w:after="0" w:line="252" w:lineRule="auto"/>
              <w:jc w:val="center"/>
            </w:pPr>
            <w:r>
              <w:t>24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5CE08CB" w14:textId="77777777" w:rsidR="00461E06" w:rsidRDefault="00000000">
            <w:pPr>
              <w:spacing w:after="0" w:line="252" w:lineRule="auto"/>
            </w:pPr>
            <w:r>
              <w:t>MŠ Preko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C3433A8" w14:textId="77777777" w:rsidR="00461E06" w:rsidRDefault="00000000">
            <w:pPr>
              <w:spacing w:after="0" w:line="252" w:lineRule="auto"/>
              <w:jc w:val="center"/>
            </w:pPr>
            <w:r>
              <w:t>4.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9AE7AB0" w14:textId="54157FBD" w:rsidR="00461E06" w:rsidRDefault="000C4A76">
            <w:pPr>
              <w:spacing w:after="0" w:line="252" w:lineRule="auto"/>
            </w:pPr>
            <w:r w:rsidRPr="000C4A76">
              <w:t>Vanessa Markulin</w:t>
            </w:r>
          </w:p>
        </w:tc>
        <w:tc>
          <w:tcPr>
            <w:tcW w:w="305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7FB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5A596CA" w14:textId="3DBBC8F2" w:rsidR="00461E06" w:rsidRDefault="00EC3AA9">
            <w:pPr>
              <w:spacing w:after="0" w:line="252" w:lineRule="auto"/>
            </w:pPr>
            <w:r w:rsidRPr="00EC3AA9">
              <w:t>vdunatov@gmail.com</w:t>
            </w:r>
          </w:p>
        </w:tc>
      </w:tr>
    </w:tbl>
    <w:p w14:paraId="6BE9051F" w14:textId="77777777" w:rsidR="00917C31" w:rsidRDefault="00917C31"/>
    <w:sectPr w:rsidR="00917C31" w:rsidSect="00034616">
      <w:pgSz w:w="16838" w:h="11906" w:orient="landscape"/>
      <w:pgMar w:top="794" w:right="794" w:bottom="73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EE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6559472">
    <w:abstractNumId w:val="8"/>
  </w:num>
  <w:num w:numId="2" w16cid:durableId="1644964322">
    <w:abstractNumId w:val="6"/>
  </w:num>
  <w:num w:numId="3" w16cid:durableId="971400431">
    <w:abstractNumId w:val="5"/>
  </w:num>
  <w:num w:numId="4" w16cid:durableId="107050310">
    <w:abstractNumId w:val="4"/>
  </w:num>
  <w:num w:numId="5" w16cid:durableId="689989935">
    <w:abstractNumId w:val="7"/>
  </w:num>
  <w:num w:numId="6" w16cid:durableId="254244312">
    <w:abstractNumId w:val="3"/>
  </w:num>
  <w:num w:numId="7" w16cid:durableId="780879685">
    <w:abstractNumId w:val="2"/>
  </w:num>
  <w:num w:numId="8" w16cid:durableId="558977829">
    <w:abstractNumId w:val="1"/>
  </w:num>
  <w:num w:numId="9" w16cid:durableId="1678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A76"/>
    <w:rsid w:val="0015074B"/>
    <w:rsid w:val="00161260"/>
    <w:rsid w:val="002812B9"/>
    <w:rsid w:val="0029639D"/>
    <w:rsid w:val="00326F90"/>
    <w:rsid w:val="00461E06"/>
    <w:rsid w:val="007965AF"/>
    <w:rsid w:val="008456A5"/>
    <w:rsid w:val="00917C31"/>
    <w:rsid w:val="009F47C6"/>
    <w:rsid w:val="00AA1D8D"/>
    <w:rsid w:val="00B47730"/>
    <w:rsid w:val="00CB0664"/>
    <w:rsid w:val="00D551AE"/>
    <w:rsid w:val="00EC3AA9"/>
    <w:rsid w:val="00ED2262"/>
    <w:rsid w:val="00FA69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BA634B"/>
  <w14:defaultImageDpi w14:val="300"/>
  <w15:docId w15:val="{FA718159-A18A-4C85-8E71-FC4292141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Kolega Babajko</cp:lastModifiedBy>
  <cp:revision>5</cp:revision>
  <cp:lastPrinted>2026-09-28T07:45:00Z</cp:lastPrinted>
  <dcterms:created xsi:type="dcterms:W3CDTF">2013-12-23T23:15:00Z</dcterms:created>
  <dcterms:modified xsi:type="dcterms:W3CDTF">2026-09-28T09:44:00Z</dcterms:modified>
  <cp:category/>
</cp:coreProperties>
</file>